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56DB"/>
          <w:sz w:val="18"/>
        </w:rPr>
        <w:t>TEMPLATE — Day-by-Day Travel Itinerary</w:t>
      </w:r>
    </w:p>
    <w:p>
      <w:r>
        <w:rPr>
          <w:i/>
          <w:color w:val="64748B"/>
          <w:sz w:val="17"/>
        </w:rPr>
        <w:t>Keep dates consistent with your flights, hotels and insurance.  Replace everything in [square brackets], then delete this note.  Free template from Early Visa Slots — www.earlyvisaslots.in</w:t>
      </w:r>
    </w:p>
    <w:p>
      <w:pPr>
        <w:spacing w:after="120"/>
      </w:pPr>
      <w:r>
        <w:rPr>
          <w:b/>
        </w:rPr>
        <w:t>Travel Itinerary — [Applicant Name], Passport No. [XXXXXXXX]</w:t>
      </w:r>
    </w:p>
    <w:p>
      <w:pPr>
        <w:spacing w:after="120"/>
      </w:pPr>
      <w:r>
        <w:rPr>
          <w:b w:val="0"/>
        </w:rPr>
        <w:t>Trip dates: [start] to [end]  |  Main destination: [Country]  |  Travellers: [names]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>
              <w:t>Date</w:t>
            </w:r>
          </w:p>
        </w:tc>
        <w:tc>
          <w:tcPr>
            <w:tcW w:type="dxa" w:w="1949"/>
          </w:tcPr>
          <w:p>
            <w:r>
              <w:t>City / Country</w:t>
            </w:r>
          </w:p>
        </w:tc>
        <w:tc>
          <w:tcPr>
            <w:tcW w:type="dxa" w:w="1949"/>
          </w:tcPr>
          <w:p>
            <w:r>
              <w:t>Plan for the day</w:t>
            </w:r>
          </w:p>
        </w:tc>
        <w:tc>
          <w:tcPr>
            <w:tcW w:type="dxa" w:w="1949"/>
          </w:tcPr>
          <w:p>
            <w:r>
              <w:t>Accommodation</w:t>
            </w:r>
          </w:p>
        </w:tc>
        <w:tc>
          <w:tcPr>
            <w:tcW w:type="dxa" w:w="1949"/>
          </w:tcPr>
          <w:p>
            <w:r>
              <w:t>Transport</w:t>
            </w:r>
          </w:p>
        </w:tc>
      </w:tr>
      <w:tr>
        <w:tc>
          <w:tcPr>
            <w:tcW w:type="dxa" w:w="1949"/>
          </w:tcPr>
          <w:p>
            <w:r>
              <w:t>[Day 1 date]</w:t>
            </w:r>
          </w:p>
        </w:tc>
        <w:tc>
          <w:tcPr>
            <w:tcW w:type="dxa" w:w="1949"/>
          </w:tcPr>
          <w:p>
            <w:r>
              <w:t>[Delhi → Paris]</w:t>
            </w:r>
          </w:p>
        </w:tc>
        <w:tc>
          <w:tcPr>
            <w:tcW w:type="dxa" w:w="1949"/>
          </w:tcPr>
          <w:p>
            <w:r>
              <w:t>Arrive, check in, evening walk</w:t>
            </w:r>
          </w:p>
        </w:tc>
        <w:tc>
          <w:tcPr>
            <w:tcW w:type="dxa" w:w="1949"/>
          </w:tcPr>
          <w:p>
            <w:r>
              <w:t>[Hotel name, address]</w:t>
            </w:r>
          </w:p>
        </w:tc>
        <w:tc>
          <w:tcPr>
            <w:tcW w:type="dxa" w:w="1949"/>
          </w:tcPr>
          <w:p>
            <w:r>
              <w:t>Flight [AI 143]</w:t>
            </w:r>
          </w:p>
        </w:tc>
      </w:tr>
      <w:tr>
        <w:tc>
          <w:tcPr>
            <w:tcW w:type="dxa" w:w="1949"/>
          </w:tcPr>
          <w:p>
            <w:r>
              <w:t>[Day 2 date]</w:t>
            </w:r>
          </w:p>
        </w:tc>
        <w:tc>
          <w:tcPr>
            <w:tcW w:type="dxa" w:w="1949"/>
          </w:tcPr>
          <w:p>
            <w:r>
              <w:t>[Paris, France]</w:t>
            </w:r>
          </w:p>
        </w:tc>
        <w:tc>
          <w:tcPr>
            <w:tcW w:type="dxa" w:w="1949"/>
          </w:tcPr>
          <w:p>
            <w:r>
              <w:t>[Eiffel Tower, Louvre]</w:t>
            </w:r>
          </w:p>
        </w:tc>
        <w:tc>
          <w:tcPr>
            <w:tcW w:type="dxa" w:w="1949"/>
          </w:tcPr>
          <w:p>
            <w:r>
              <w:t>[Hotel name]</w:t>
            </w:r>
          </w:p>
        </w:tc>
        <w:tc>
          <w:tcPr>
            <w:tcW w:type="dxa" w:w="1949"/>
          </w:tcPr>
          <w:p>
            <w:r>
              <w:t>Metro</w:t>
            </w:r>
          </w:p>
        </w:tc>
      </w:tr>
      <w:tr>
        <w:tc>
          <w:tcPr>
            <w:tcW w:type="dxa" w:w="1949"/>
          </w:tcPr>
          <w:p>
            <w:r>
              <w:t>[Day 3 date]</w:t>
            </w:r>
          </w:p>
        </w:tc>
        <w:tc>
          <w:tcPr>
            <w:tcW w:type="dxa" w:w="1949"/>
          </w:tcPr>
          <w:p>
            <w:r>
              <w:t>[Paris → Interlaken]</w:t>
            </w:r>
          </w:p>
        </w:tc>
        <w:tc>
          <w:tcPr>
            <w:tcW w:type="dxa" w:w="1949"/>
          </w:tcPr>
          <w:p>
            <w:r>
              <w:t>[Train to Switzerland]</w:t>
            </w:r>
          </w:p>
        </w:tc>
        <w:tc>
          <w:tcPr>
            <w:tcW w:type="dxa" w:w="1949"/>
          </w:tcPr>
          <w:p>
            <w:r>
              <w:t>[Hotel name]</w:t>
            </w:r>
          </w:p>
        </w:tc>
        <w:tc>
          <w:tcPr>
            <w:tcW w:type="dxa" w:w="1949"/>
          </w:tcPr>
          <w:p>
            <w:r>
              <w:t>Train [TGV Lyria]</w:t>
            </w:r>
          </w:p>
        </w:tc>
      </w:tr>
      <w:tr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</w:tr>
      <w:tr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</w:tr>
      <w:tr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</w:tr>
      <w:tr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</w:tr>
      <w:tr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</w:tr>
      <w:tr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</w:tr>
      <w:tr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</w:tr>
    </w:tbl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</w:rPr>
        <w:t>Return: [date] — [flight no.] from [city] to [Indian city]</w:t>
      </w:r>
    </w:p>
    <w:sectPr w:rsidR="00FC693F" w:rsidRPr="0006063C" w:rsidSect="00034616">
      <w:pgSz w:w="12240" w:h="15840"/>
      <w:pgMar w:top="102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