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56DB"/>
          <w:sz w:val="18"/>
        </w:rPr>
        <w:t>TEMPLATE — Sponsorship Letter</w:t>
      </w:r>
    </w:p>
    <w:p>
      <w:r>
        <w:rPr>
          <w:i/>
          <w:color w:val="64748B"/>
          <w:sz w:val="17"/>
        </w:rPr>
        <w:t>To be signed by the person paying for the trip / studies. Attach their bank statements, ITR and ID.  Replace everything in [square brackets], then delete this note.  Free template from Early Visa Slots — www.earlyvisaslots.in</w:t>
      </w:r>
    </w:p>
    <w:p>
      <w:pPr>
        <w:spacing w:after="120"/>
      </w:pPr>
      <w:r>
        <w:rPr>
          <w:b w:val="0"/>
        </w:rPr>
        <w:t>Date: [DD Month 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The Visa Officer</w:t>
      </w:r>
    </w:p>
    <w:p>
      <w:pPr>
        <w:spacing w:after="0"/>
      </w:pPr>
      <w:r>
        <w:rPr>
          <w:b w:val="0"/>
        </w:rPr>
        <w:t>[Embassy / Consulate of Country]</w:t>
      </w:r>
    </w:p>
    <w:p>
      <w:pPr>
        <w:spacing w:after="0"/>
      </w:pPr>
      <w:r>
        <w:rPr>
          <w:b w:val="0"/>
        </w:rPr>
        <w:t>[City], India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Subject: Financial sponsorship for [Applicant Name], Passport No. [XXXXXXXX]</w:t>
      </w:r>
    </w:p>
    <w:p>
      <w:pPr>
        <w:spacing w:after="120"/>
      </w:pPr>
      <w:r>
        <w:rPr>
          <w:b w:val="0"/>
        </w:rPr>
        <w:t>Dear Sir / Madam,</w:t>
      </w:r>
    </w:p>
    <w:p>
      <w:pPr>
        <w:spacing w:after="120"/>
      </w:pPr>
      <w:r>
        <w:rPr>
          <w:b w:val="0"/>
        </w:rPr>
        <w:t>I, [Sponsor Full Name], residing at [address], am the [relationship — father / mother / spouse / brother] of [Applicant Name]. I am working as [occupation] at [company / business] with an annual income of INR [amount].</w:t>
      </w:r>
    </w:p>
    <w:p>
      <w:pPr>
        <w:spacing w:after="120"/>
      </w:pPr>
      <w:r>
        <w:rPr>
          <w:b w:val="0"/>
        </w:rPr>
        <w:t>I hereby confirm that I will bear all expenses of [his/her] [trip to Country from date to date / studies at University for the duration of the course], including [travel, accommodation, tuition fees, living expenses and insurance].</w:t>
      </w:r>
    </w:p>
    <w:p>
      <w:pPr>
        <w:spacing w:after="120"/>
      </w:pPr>
      <w:r>
        <w:rPr>
          <w:b w:val="0"/>
        </w:rPr>
        <w:t>Enclosed are my bank statements for the last [6] months, income tax returns for the last [3] years, proof of relationship and a copy of my ID.</w:t>
      </w:r>
    </w:p>
    <w:p>
      <w:pPr>
        <w:spacing w:after="120"/>
      </w:pPr>
      <w:r>
        <w:rPr>
          <w:b w:val="0"/>
        </w:rPr>
        <w:t>Yours sincerely,</w:t>
      </w:r>
    </w:p>
    <w:p>
      <w:pPr>
        <w:spacing w:after="120"/>
      </w:pPr>
      <w:r>
        <w:rPr>
          <w:b w:val="0"/>
        </w:rPr>
        <w:br/>
        <w:br/>
        <w:t>[Signature]</w:t>
        <w:br/>
        <w:t>[Sponsor Full Name]</w:t>
        <w:br/>
        <w:t>[Phone] | [Email]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