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56DB"/>
          <w:sz w:val="18"/>
        </w:rPr>
        <w:t>TEMPLATE — Schengen Visa Cover Letter</w:t>
      </w:r>
    </w:p>
    <w:p>
      <w:r>
        <w:rPr>
          <w:i/>
          <w:color w:val="64748B"/>
          <w:sz w:val="17"/>
        </w:rPr>
        <w:t>Print, sign and attach on top of your documents.  Replace everything in [square brackets], then delete this note.  Free template from Early Visa Slots — www.earlyvisaslots.in</w:t>
      </w:r>
    </w:p>
    <w:p>
      <w:pPr>
        <w:spacing w:after="0"/>
      </w:pPr>
      <w:r>
        <w:rPr>
          <w:b w:val="0"/>
        </w:rPr>
        <w:t>[Your Full Name]</w:t>
      </w:r>
    </w:p>
    <w:p>
      <w:pPr>
        <w:spacing w:after="0"/>
      </w:pPr>
      <w:r>
        <w:rPr>
          <w:b w:val="0"/>
        </w:rPr>
        <w:t>[Address line 1, City, PIN]</w:t>
      </w:r>
    </w:p>
    <w:p>
      <w:pPr>
        <w:spacing w:after="0"/>
      </w:pPr>
      <w:r>
        <w:rPr>
          <w:b w:val="0"/>
        </w:rPr>
        <w:t>[Phone] | [Email]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Date: [DD Month YYYY]</w:t>
      </w:r>
    </w:p>
    <w:p>
      <w:pPr>
        <w:spacing w:after="0"/>
      </w:pPr>
      <w:r>
        <w:rPr>
          <w:b w:val="0"/>
        </w:rPr>
        <w:t>To,</w:t>
      </w:r>
    </w:p>
    <w:p>
      <w:pPr>
        <w:spacing w:after="0"/>
      </w:pPr>
      <w:r>
        <w:rPr>
          <w:b w:val="0"/>
        </w:rPr>
        <w:t>The Visa Officer</w:t>
      </w:r>
    </w:p>
    <w:p>
      <w:pPr>
        <w:spacing w:after="0"/>
      </w:pPr>
      <w:r>
        <w:rPr>
          <w:b w:val="0"/>
        </w:rPr>
        <w:t>Embassy / Consulate of [Country]</w:t>
      </w:r>
    </w:p>
    <w:p>
      <w:pPr>
        <w:spacing w:after="0"/>
      </w:pPr>
      <w:r>
        <w:rPr>
          <w:b w:val="0"/>
        </w:rPr>
        <w:t>[City], India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/>
        </w:rPr>
        <w:t>Subject: Application for a Schengen short-stay (tourist) visa — [Your Name], Passport No. [XXXXXXXX]</w:t>
      </w:r>
    </w:p>
    <w:p>
      <w:pPr>
        <w:spacing w:after="120"/>
      </w:pPr>
      <w:r>
        <w:rPr>
          <w:b w:val="0"/>
        </w:rPr>
        <w:t>Dear Sir / Madam,</w:t>
      </w:r>
    </w:p>
    <w:p>
      <w:pPr>
        <w:spacing w:after="120"/>
      </w:pPr>
      <w:r>
        <w:rPr>
          <w:b w:val="0"/>
        </w:rPr>
        <w:t>I am applying for a Schengen tourist visa to visit [Country 1], [Country 2] and [Country 3] from [start date] to [end date] ([N] nights). As I will spend the most nights in [main country], I am submitting my application to your embassy.</w:t>
      </w:r>
    </w:p>
    <w:p>
      <w:pPr>
        <w:spacing w:after="120"/>
      </w:pPr>
      <w:r>
        <w:rPr>
          <w:b w:val="0"/>
        </w:rPr>
        <w:t>I am working as [designation] at [company name], [city], since [month, year]. My employer has approved my leave for these dates, and I will resume work on [date]. [Optional: I will be travelling with my spouse, [name], who is also applying.]</w:t>
      </w:r>
    </w:p>
    <w:p>
      <w:pPr>
        <w:spacing w:after="120"/>
      </w:pPr>
      <w:r>
        <w:rPr>
          <w:b/>
        </w:rPr>
        <w:t>Planned itinerary:</w:t>
      </w:r>
    </w:p>
    <w:p>
      <w:pPr>
        <w:pStyle w:val="ListBullet"/>
      </w:pPr>
      <w:r>
        <w:t>[Date] – [Date]: [City, Country] — staying at [hotel name]</w:t>
      </w:r>
    </w:p>
    <w:p>
      <w:pPr>
        <w:pStyle w:val="ListBullet"/>
      </w:pPr>
      <w:r>
        <w:t>[Date] – [Date]: [City, Country] — staying at [hotel name]</w:t>
      </w:r>
    </w:p>
    <w:p>
      <w:pPr>
        <w:pStyle w:val="ListBullet"/>
      </w:pPr>
      <w:r>
        <w:t>[Date]: Return flight [flight no.] from [city] to [Indian city]</w:t>
      </w:r>
    </w:p>
    <w:p>
      <w:pPr>
        <w:spacing w:after="120"/>
      </w:pPr>
      <w:r>
        <w:rPr>
          <w:b w:val="0"/>
        </w:rPr>
        <w:t>I will bear all expenses of the trip myself. My bank statements for the last [6] months, income tax returns for the last [3] years, salary slips, confirmed hotel reservations, flight reservation and travel insurance (coverage €30,000+) are enclosed. [Optional: I have previously travelled to [countries] and returned on time.]</w:t>
      </w:r>
    </w:p>
    <w:p>
      <w:pPr>
        <w:spacing w:after="120"/>
      </w:pPr>
      <w:r>
        <w:rPr>
          <w:b w:val="0"/>
        </w:rPr>
        <w:t>I have strong ties to India through my job, family and [property], and I will return to India at the end of my trip. I request you to kindly grant me the visa for the above dates.</w:t>
      </w:r>
    </w:p>
    <w:p>
      <w:pPr>
        <w:spacing w:after="120"/>
      </w:pPr>
      <w:r>
        <w:rPr>
          <w:b/>
        </w:rPr>
        <w:t>Enclosed documents:</w:t>
      </w:r>
    </w:p>
    <w:p>
      <w:pPr>
        <w:pStyle w:val="ListBullet"/>
      </w:pPr>
      <w:r>
        <w:t>Passport and previous passports</w:t>
      </w:r>
    </w:p>
    <w:p>
      <w:pPr>
        <w:pStyle w:val="ListBullet"/>
      </w:pPr>
      <w:r>
        <w:t>Signed application form and two photographs</w:t>
      </w:r>
    </w:p>
    <w:p>
      <w:pPr>
        <w:pStyle w:val="ListBullet"/>
      </w:pPr>
      <w:r>
        <w:t>Travel insurance</w:t>
      </w:r>
    </w:p>
    <w:p>
      <w:pPr>
        <w:pStyle w:val="ListBullet"/>
      </w:pPr>
      <w:r>
        <w:t>Flight reservation and hotel bookings</w:t>
      </w:r>
    </w:p>
    <w:p>
      <w:pPr>
        <w:pStyle w:val="ListBullet"/>
      </w:pPr>
      <w:r>
        <w:t>Bank statements, ITR and salary slips</w:t>
      </w:r>
    </w:p>
    <w:p>
      <w:pPr>
        <w:pStyle w:val="ListBullet"/>
      </w:pPr>
      <w:r>
        <w:t>Employer NOC / leave letter</w:t>
      </w:r>
    </w:p>
    <w:p>
      <w:pPr>
        <w:spacing w:after="120"/>
      </w:pPr>
      <w:r>
        <w:rPr>
          <w:b w:val="0"/>
        </w:rPr>
        <w:t>Yours sincerely,</w:t>
      </w:r>
    </w:p>
    <w:p>
      <w:pPr>
        <w:spacing w:after="120"/>
      </w:pPr>
      <w:r>
        <w:rPr>
          <w:b w:val="0"/>
        </w:rPr>
        <w:br/>
        <w:br/>
        <w:t>[Signature]</w:t>
        <w:br/>
        <w:t>[Your Full Name]</w:t>
      </w:r>
    </w:p>
    <w:sectPr w:rsidR="00FC693F" w:rsidRPr="0006063C" w:rsidSect="00034616">
      <w:pgSz w:w="12240" w:h="15840"/>
      <w:pgMar w:top="102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