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56DB"/>
          <w:sz w:val="18"/>
        </w:rPr>
        <w:t>TEMPLATE — Invitation Letter (Family / Friend Visit)</w:t>
      </w:r>
    </w:p>
    <w:p>
      <w:r>
        <w:rPr>
          <w:i/>
          <w:color w:val="64748B"/>
          <w:sz w:val="17"/>
        </w:rPr>
        <w:t>To be written and signed by your host abroad.  Replace everything in [square brackets], then delete this note.  Free template from Early Visa Slots — www.earlyvisaslots.in</w:t>
      </w:r>
    </w:p>
    <w:p>
      <w:pPr>
        <w:spacing w:after="0"/>
      </w:pPr>
      <w:r>
        <w:rPr>
          <w:b w:val="0"/>
        </w:rPr>
        <w:t>[Host Full Name]</w:t>
      </w:r>
    </w:p>
    <w:p>
      <w:pPr>
        <w:spacing w:after="0"/>
      </w:pPr>
      <w:r>
        <w:rPr>
          <w:b w:val="0"/>
        </w:rPr>
        <w:t>[Full address abroad]</w:t>
      </w:r>
    </w:p>
    <w:p>
      <w:pPr>
        <w:spacing w:after="0"/>
      </w:pPr>
      <w:r>
        <w:rPr>
          <w:b w:val="0"/>
        </w:rPr>
        <w:t>[Phone] | [Email]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</w:rPr>
        <w:t>Date: [DD Month YYYY]</w:t>
      </w:r>
    </w:p>
    <w:p>
      <w:pPr>
        <w:spacing w:after="0"/>
      </w:pPr>
      <w:r>
        <w:rPr>
          <w:b w:val="0"/>
        </w:rPr>
        <w:t>To,</w:t>
      </w:r>
    </w:p>
    <w:p>
      <w:pPr>
        <w:spacing w:after="0"/>
      </w:pPr>
      <w:r>
        <w:rPr>
          <w:b w:val="0"/>
        </w:rPr>
        <w:t>The Visa Officer</w:t>
      </w:r>
    </w:p>
    <w:p>
      <w:pPr>
        <w:spacing w:after="0"/>
      </w:pPr>
      <w:r>
        <w:rPr>
          <w:b w:val="0"/>
        </w:rPr>
        <w:t>[Embassy / Consulate / High Commission of Country]</w:t>
      </w:r>
    </w:p>
    <w:p>
      <w:pPr>
        <w:spacing w:after="0"/>
      </w:pPr>
      <w:r>
        <w:rPr>
          <w:b w:val="0"/>
        </w:rPr>
        <w:t>New Delhi / [City], India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/>
        </w:rPr>
        <w:t>Subject: Invitation for [Guest Name(s)] to visit [Country]</w:t>
      </w:r>
    </w:p>
    <w:p>
      <w:pPr>
        <w:spacing w:after="120"/>
      </w:pPr>
      <w:r>
        <w:rPr>
          <w:b w:val="0"/>
        </w:rPr>
        <w:t>Dear Sir / Madam,</w:t>
      </w:r>
    </w:p>
    <w:p>
      <w:pPr>
        <w:spacing w:after="120"/>
      </w:pPr>
      <w:r>
        <w:rPr>
          <w:b w:val="0"/>
        </w:rPr>
        <w:t>I, [Host Name], am a [citizen / permanent resident / work-visa holder] of [Country], living at the above address. I am writing to invite my [relationship], [Guest Name], passport number [XXXXXXXX], to visit me from [start date] to [end date].</w:t>
      </w:r>
    </w:p>
    <w:p>
      <w:pPr>
        <w:spacing w:after="120"/>
      </w:pPr>
      <w:r>
        <w:rPr>
          <w:b w:val="0"/>
        </w:rPr>
        <w:t>The purpose of the visit is [to attend my graduation / to spend time with family / the birth of our child]. [He/She/They] will stay at my home during the visit. [I will / they will] cover the costs of the trip [delete as appropriate].</w:t>
      </w:r>
    </w:p>
    <w:p>
      <w:pPr>
        <w:spacing w:after="120"/>
      </w:pPr>
      <w:r>
        <w:rPr>
          <w:b w:val="0"/>
        </w:rPr>
        <w:t>Enclosed are a copy of my passport, proof of my immigration status [visa / residence permit / PR card], and proof of address.</w:t>
      </w:r>
    </w:p>
    <w:p>
      <w:pPr>
        <w:spacing w:after="120"/>
      </w:pPr>
      <w:r>
        <w:rPr>
          <w:b w:val="0"/>
        </w:rPr>
        <w:t>Sincerely,</w:t>
      </w:r>
    </w:p>
    <w:p>
      <w:pPr>
        <w:spacing w:after="120"/>
      </w:pPr>
      <w:r>
        <w:rPr>
          <w:b w:val="0"/>
        </w:rPr>
        <w:br/>
        <w:br/>
        <w:t>[Signature]</w:t>
        <w:br/>
        <w:t>[Host Full Name]</w:t>
      </w:r>
    </w:p>
    <w:sectPr w:rsidR="00FC693F" w:rsidRPr="0006063C" w:rsidSect="00034616">
      <w:pgSz w:w="12240" w:h="15840"/>
      <w:pgMar w:top="102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