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56DB"/>
          <w:sz w:val="18"/>
        </w:rPr>
        <w:t>TEMPLATE — Employer NOC / Leave Letter</w:t>
      </w:r>
    </w:p>
    <w:p>
      <w:r>
        <w:rPr>
          <w:i/>
          <w:color w:val="64748B"/>
          <w:sz w:val="17"/>
        </w:rPr>
        <w:t>Ask HR to print this on company letterhead, sign and stamp it.  Replace everything in [square brackets], then delete this note.  Free template from Early Visa Slots — www.earlyvisaslots.in</w:t>
      </w:r>
    </w:p>
    <w:p>
      <w:pPr>
        <w:spacing w:after="120"/>
      </w:pPr>
      <w:r>
        <w:rPr>
          <w:b/>
        </w:rPr>
        <w:t>[COMPANY LETTERHEAD]</w:t>
      </w:r>
    </w:p>
    <w:p>
      <w:pPr>
        <w:spacing w:after="120"/>
      </w:pPr>
      <w:r>
        <w:rPr>
          <w:b w:val="0"/>
        </w:rPr>
        <w:t>Date: [DD Month 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The Visa Officer</w:t>
      </w:r>
    </w:p>
    <w:p>
      <w:pPr>
        <w:spacing w:after="0"/>
      </w:pPr>
      <w:r>
        <w:rPr>
          <w:b w:val="0"/>
        </w:rPr>
        <w:t>[Embassy / Consulate / High Commission of Country]</w:t>
      </w:r>
    </w:p>
    <w:p>
      <w:pPr>
        <w:spacing w:after="0"/>
      </w:pPr>
      <w:r>
        <w:rPr>
          <w:b w:val="0"/>
        </w:rPr>
        <w:t>[City], India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Subject: No Objection Certificate and leave confirmation for [Employee Name]</w:t>
      </w:r>
    </w:p>
    <w:p>
      <w:pPr>
        <w:spacing w:after="120"/>
      </w:pPr>
      <w:r>
        <w:rPr>
          <w:b w:val="0"/>
        </w:rPr>
        <w:t>Dear Sir / Madam,</w:t>
      </w:r>
    </w:p>
    <w:p>
      <w:pPr>
        <w:spacing w:after="120"/>
      </w:pPr>
      <w:r>
        <w:rPr>
          <w:b w:val="0"/>
        </w:rPr>
        <w:t>This is to certify that [Mr./Ms. Employee Name], holding passport number [XXXXXXXX], has been employed with [Company Name] since [joining date] and currently holds the position of [Designation] in the [Department] department. [His/Her] current annual gross salary is INR [amount].</w:t>
      </w:r>
    </w:p>
    <w:p>
      <w:pPr>
        <w:spacing w:after="120"/>
      </w:pPr>
      <w:r>
        <w:rPr>
          <w:b w:val="0"/>
        </w:rPr>
        <w:t>[He/She] has been granted leave from [start date] to [end date] to travel to [Country] for [tourism / visiting family / attending a conference]. We have no objection to [his/her] travel. [His/Her] position will be held and [he/she] will resume duties on [return-to-work date].</w:t>
      </w:r>
    </w:p>
    <w:p>
      <w:pPr>
        <w:spacing w:after="120"/>
      </w:pPr>
      <w:r>
        <w:rPr>
          <w:b w:val="0"/>
        </w:rPr>
        <w:t>[Optional for business travel: All expenses for this trip, including airfare, accommodation and insurance, will be borne by the company.]</w:t>
      </w:r>
    </w:p>
    <w:p>
      <w:pPr>
        <w:spacing w:after="120"/>
      </w:pPr>
      <w:r>
        <w:rPr>
          <w:b w:val="0"/>
        </w:rPr>
        <w:t>For any verification, please contact the undersigned at [phone] or [official email].</w:t>
      </w:r>
    </w:p>
    <w:p>
      <w:pPr>
        <w:spacing w:after="120"/>
      </w:pPr>
      <w:r>
        <w:rPr>
          <w:b w:val="0"/>
        </w:rPr>
        <w:t>Sincerely,</w:t>
      </w:r>
    </w:p>
    <w:p>
      <w:pPr>
        <w:spacing w:after="120"/>
      </w:pPr>
      <w:r>
        <w:rPr>
          <w:b w:val="0"/>
        </w:rPr>
        <w:br/>
        <w:br/>
        <w:t>[Signature &amp; company stamp]</w:t>
        <w:br/>
        <w:t>[Name of signatory]</w:t>
        <w:br/>
        <w:t>[Designation — e.g. HR Manager]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